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480" w:after="0"/>
        <w:rPr>
          <w:sz w:val="32"/>
          <w:szCs w:val="32"/>
        </w:rPr>
      </w:pPr>
      <w:r>
        <w:rPr>
          <w:sz w:val="32"/>
          <w:szCs w:val="32"/>
        </w:rPr>
        <w:t>Converted from PDF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APPENDIX A – SCOTT SCHEUDLE </w:t>
        <w:br/>
        <w:t xml:space="preserve"> </w:t>
        <w:br/>
        <w:t xml:space="preserve">Claimant: </w:t>
      </w:r>
      <w:r>
        <w:rPr>
          <w:color w:val="000000"/>
          <w:sz w:val="32"/>
          <w:szCs w:val="32"/>
          <w:highlight w:val="black"/>
        </w:rPr>
        <w:t xml:space="preserve">M Trevor Matthews </w:t>
      </w:r>
      <w:r>
        <w:rPr>
          <w:sz w:val="32"/>
          <w:szCs w:val="32"/>
        </w:rPr>
        <w:br/>
        <w:t xml:space="preserve">Property Address: </w:t>
      </w:r>
      <w:r>
        <w:rPr>
          <w:color w:val="000000"/>
          <w:sz w:val="32"/>
          <w:szCs w:val="32"/>
          <w:highlight w:val="black"/>
        </w:rPr>
        <w:t>10</w:t>
      </w:r>
      <w:r>
        <w:rPr>
          <w:sz w:val="32"/>
          <w:szCs w:val="32"/>
        </w:rPr>
        <w:t xml:space="preserve"> Cherwell House, Milton Keynes, MK3 7BJ  </w:t>
        <w:br/>
        <w:t xml:space="preserve">Item </w:t>
        <w:br/>
        <w:t xml:space="preserve">Detail of Disrepair </w:t>
        <w:br/>
        <w:t xml:space="preserve">Breach – all </w:t>
        <w:br/>
        <w:t xml:space="preserve">repair </w:t>
        <w:br/>
        <w:t xml:space="preserve">obligations fall </w:t>
        <w:br/>
        <w:t xml:space="preserve">under section </w:t>
        <w:br/>
        <w:t xml:space="preserve">9a and 11 of the landlord and tenant act 1985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br/>
        <w:t xml:space="preserve">Assessment of Remedial </w:t>
        <w:br/>
        <w:t xml:space="preserve">Works Required </w:t>
        <w:br/>
        <w:t xml:space="preserve">Estimate of </w:t>
        <w:br/>
        <w:t xml:space="preserve">costs (These do </w:t>
        <w:br/>
        <w:t xml:space="preserve">not include </w:t>
        <w:br/>
        <w:t xml:space="preserve">Contractor’s </w:t>
        <w:br/>
        <w:t xml:space="preserve">Preliminaries)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br/>
        <w:t xml:space="preserve">Defendant’s Assessment </w:t>
        <w:br/>
        <w:t xml:space="preserve">Comments </w:t>
        <w:br/>
        <w:t xml:space="preserve">Defendant’s Assessment of </w:t>
        <w:br/>
        <w:t xml:space="preserve">Remedial Work Required </w:t>
        <w:br/>
        <w:t xml:space="preserve">Defendant’s Assessment of Costs </w:t>
      </w:r>
    </w:p>
    <w:p>
      <w:pPr>
        <w:pStyle w:val="Normal"/>
        <w:spacing w:before="0" w:after="200"/>
        <w:rPr>
          <w:sz w:val="20"/>
        </w:rPr>
      </w:pPr>
      <w:r>
        <w:rPr>
          <w:sz w:val="32"/>
          <w:szCs w:val="32"/>
        </w:rPr>
        <w:br/>
        <w:t xml:space="preserve">1. - Lounge and </w:t>
        <w:br/>
        <w:t xml:space="preserve">bedroom have </w:t>
        <w:br/>
        <w:t xml:space="preserve">damp, mould and </w:t>
        <w:br/>
        <w:t xml:space="preserve">high humidity. </w:t>
        <w:br/>
        <w:t xml:space="preserve"> </w:t>
        <w:br/>
        <w:t xml:space="preserve">- No insulation in </w:t>
        <w:br/>
        <w:t xml:space="preserve">the walls which is </w:t>
        <w:br/>
        <w:t xml:space="preserve">causing property </w:t>
        <w:br/>
        <w:t xml:space="preserve">to freeze. </w:t>
        <w:br/>
        <w:t xml:space="preserve"> </w:t>
        <w:br/>
        <w:t xml:space="preserve">- Windows are </w:t>
        <w:br/>
        <w:t xml:space="preserve">poor quality letting </w:t>
        <w:br/>
        <w:t xml:space="preserve">cold in. </w:t>
        <w:br/>
        <w:t xml:space="preserve"> </w:t>
        <w:br/>
        <w:t xml:space="preserve">- Mould all around </w:t>
        <w:br/>
        <w:t xml:space="preserve">windows and </w:t>
        <w:br/>
        <w:t xml:space="preserve">damp on property. </w:t>
        <w:br/>
        <w:t xml:space="preserve"> </w:t>
        <w:br/>
        <w:t xml:space="preserve">- Gas pipes </w:t>
        <w:br/>
        <w:t xml:space="preserve">coming into living </w:t>
        <w:br/>
        <w:t xml:space="preserve">room which is a </w:t>
        <w:br/>
        <w:t xml:space="preserve">tripping hazard. </w:t>
        <w:br/>
        <w:t xml:space="preserve"> </w:t>
        <w:br/>
        <w:t xml:space="preserve">- Broken pipe </w:t>
        <w:br/>
        <w:t xml:space="preserve">near boiler. </w:t>
        <w:br/>
        <w:t xml:space="preserve"> </w:t>
        <w:br/>
        <w:t xml:space="preserve">- Loud noise from </w:t>
        <w:br/>
        <w:t xml:space="preserve">neighbours. </w:t>
        <w:br/>
        <w:t xml:space="preserve">The writer can </w:t>
        <w:br/>
        <w:t xml:space="preserve">confirm that there </w:t>
        <w:br/>
        <w:t xml:space="preserve">is no significant </w:t>
        <w:br/>
        <w:t xml:space="preserve">dampness in the </w:t>
        <w:br/>
        <w:t xml:space="preserve">lounge or </w:t>
        <w:br/>
        <w:t xml:space="preserve">bedroom.  </w:t>
        <w:br/>
        <w:t xml:space="preserve">No valid claim. </w:t>
        <w:br/>
        <w:t xml:space="preserve">No remedial work required.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0.00 </w:t>
        <w:br/>
        <w:t xml:space="preserve">  </w:t>
        <w:br/>
        <w:t xml:space="preserve">  </w:t>
        <w:br/>
        <w:t xml:space="preserve">  </w:t>
        <w:br/>
        <w:t xml:space="preserve">The writer can </w:t>
        <w:br/>
        <w:t xml:space="preserve">confirm that there </w:t>
        <w:br/>
        <w:t xml:space="preserve">is no significant </w:t>
        <w:br/>
        <w:t xml:space="preserve">mould in the living </w:t>
        <w:br/>
        <w:t xml:space="preserve">room.  </w:t>
        <w:br/>
        <w:t xml:space="preserve">No valid claim. </w:t>
        <w:br/>
        <w:t xml:space="preserve">No remedial work required.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0.00 </w:t>
        <w:br/>
        <w:t xml:space="preserve">  </w:t>
        <w:br/>
        <w:t xml:space="preserve">  </w:t>
        <w:br/>
        <w:t xml:space="preserve">  The writer can </w:t>
        <w:br/>
        <w:t xml:space="preserve">confirm that there </w:t>
        <w:br/>
        <w:t xml:space="preserve">is significant </w:t>
        <w:br/>
        <w:t xml:space="preserve">mould in the </w:t>
        <w:br/>
        <w:t xml:space="preserve">bedroom </w:t>
        <w:br/>
        <w:t xml:space="preserve">especially around </w:t>
        <w:br/>
        <w:t xml:space="preserve">the window. </w:t>
        <w:br/>
        <w:t xml:space="preserve">Both Sections </w:t>
        <w:br/>
        <w:t xml:space="preserve">9a and 11 </w:t>
        <w:br/>
        <w:t xml:space="preserve">Wash down mould patches </w:t>
        <w:br/>
        <w:t xml:space="preserve">with fungicide and apply 2no. </w:t>
        <w:br/>
        <w:t xml:space="preserve">coats mould resistant paint to </w:t>
        <w:br/>
        <w:t xml:space="preserve">wall.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60.96 </w:t>
        <w:br/>
        <w:t xml:space="preserve">  </w:t>
        <w:br/>
        <w:t xml:space="preserve">  </w:t>
        <w:br/>
        <w:t xml:space="preserve">  The writer can </w:t>
        <w:br/>
        <w:t xml:space="preserve">confirm that there </w:t>
        <w:br/>
        <w:t xml:space="preserve">is insufficient </w:t>
        <w:br/>
        <w:t xml:space="preserve">ventilation in the </w:t>
        <w:br/>
        <w:t xml:space="preserve">property.    </w:t>
        <w:br/>
        <w:t xml:space="preserve">Both Sections </w:t>
        <w:br/>
        <w:t xml:space="preserve">9a and 11 </w:t>
        <w:br/>
        <w:t xml:space="preserve">Install an extractor fan with </w:t>
        <w:br/>
        <w:t xml:space="preserve">humidistat control in the </w:t>
        <w:br/>
        <w:t xml:space="preserve">bathroom.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225.00 </w:t>
        <w:br/>
        <w:t xml:space="preserve">  </w:t>
        <w:br/>
        <w:t xml:space="preserve">  </w:t>
        <w:br/>
        <w:t xml:space="preserve">  </w:t>
        <w:br/>
        <w:t xml:space="preserve">Install an extractor fan in the </w:t>
        <w:br/>
        <w:t xml:space="preserve">kitchen.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225.00 </w:t>
        <w:br/>
        <w:t xml:space="preserve">  </w:t>
        <w:br/>
        <w:t xml:space="preserve">  </w:t>
        <w:br/>
        <w:t xml:space="preserve">  </w:t>
        <w:br/>
        <w:t xml:space="preserve">The writer can </w:t>
        <w:br/>
        <w:t xml:space="preserve">confirm that the </w:t>
        <w:br/>
        <w:t xml:space="preserve">walls are not </w:t>
        <w:br/>
        <w:t xml:space="preserve">insulated to </w:t>
        <w:br/>
        <w:t xml:space="preserve">current standards </w:t>
        <w:br/>
        <w:t xml:space="preserve">but that </w:t>
        <w:br/>
        <w:t xml:space="preserve">No valid claim. </w:t>
        <w:br/>
        <w:t xml:space="preserve">No remedial work required.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0.00 </w:t>
        <w:br/>
        <w:t xml:space="preserve">  </w:t>
        <w:br/>
        <w:t xml:space="preserve">  </w:t>
        <w:br/>
        <w:t xml:space="preserve">improvements in </w:t>
        <w:br/>
        <w:t xml:space="preserve">this regard will not </w:t>
        <w:br/>
        <w:t xml:space="preserve">be technically </w:t>
        <w:br/>
        <w:t xml:space="preserve">feasible or </w:t>
        <w:br/>
        <w:t xml:space="preserve">economical.     </w:t>
        <w:br/>
        <w:t xml:space="preserve">The writer can </w:t>
        <w:br/>
        <w:t xml:space="preserve">confirm that the </w:t>
        <w:br/>
        <w:t xml:space="preserve">windows are </w:t>
        <w:br/>
        <w:t xml:space="preserve">somewhat dated </w:t>
        <w:br/>
        <w:t xml:space="preserve">but are double </w:t>
        <w:br/>
        <w:t xml:space="preserve">glazed and </w:t>
        <w:br/>
        <w:t xml:space="preserve">provided with </w:t>
        <w:br/>
        <w:t xml:space="preserve">trickle vents.  </w:t>
        <w:br/>
        <w:t xml:space="preserve">They are in </w:t>
        <w:br/>
        <w:t xml:space="preserve">satisfactory </w:t>
        <w:br/>
        <w:t xml:space="preserve">condition. </w:t>
        <w:br/>
        <w:t xml:space="preserve">No valid claim. </w:t>
        <w:br/>
        <w:t xml:space="preserve">No remedial work required.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0.00 </w:t>
        <w:br/>
        <w:t xml:space="preserve">  </w:t>
        <w:br/>
        <w:t xml:space="preserve">  </w:t>
        <w:br/>
        <w:t xml:space="preserve">  </w:t>
        <w:br/>
        <w:t xml:space="preserve">The writer can </w:t>
        <w:br/>
        <w:t xml:space="preserve">confirm that there </w:t>
        <w:br/>
        <w:t xml:space="preserve">is no gas pipe trip </w:t>
        <w:br/>
        <w:t xml:space="preserve">hazard in the </w:t>
        <w:br/>
        <w:t xml:space="preserve">living room.  This </w:t>
        <w:br/>
        <w:t xml:space="preserve">was repaired by </w:t>
        <w:br/>
        <w:t xml:space="preserve">the landlord some </w:t>
        <w:br/>
        <w:t xml:space="preserve">time ago.  </w:t>
        <w:br/>
        <w:t xml:space="preserve">No valid claim. </w:t>
        <w:br/>
        <w:t xml:space="preserve">No remedial work required.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0.00 </w:t>
        <w:br/>
        <w:t xml:space="preserve">  </w:t>
        <w:br/>
        <w:t xml:space="preserve">  </w:t>
        <w:br/>
        <w:t xml:space="preserve">  </w:t>
        <w:br/>
        <w:t xml:space="preserve">The writer can </w:t>
        <w:br/>
        <w:t xml:space="preserve">confirm that there </w:t>
        <w:br/>
        <w:t xml:space="preserve">is no broken pipe </w:t>
        <w:br/>
        <w:t xml:space="preserve">by the boiler.  This </w:t>
        <w:br/>
        <w:t xml:space="preserve">was also repaired </w:t>
        <w:br/>
        <w:t xml:space="preserve">by the landlord </w:t>
        <w:br/>
        <w:t xml:space="preserve">some time ago.  </w:t>
        <w:br/>
        <w:t xml:space="preserve">No valid claim. </w:t>
        <w:br/>
        <w:t xml:space="preserve">No remedial work required. </w:t>
        <w:br/>
        <w:t xml:space="preserve">0.00 </w:t>
        <w:br/>
        <w:t xml:space="preserve">  </w:t>
        <w:br/>
        <w:t xml:space="preserve">  </w:t>
        <w:br/>
        <w:t xml:space="preserve">TOTAL </w:t>
        <w:br/>
      </w:r>
      <w:r>
        <w:rPr>
          <w:sz w:val="32"/>
          <w:szCs w:val="32"/>
        </w:rPr>
        <w:t>£</w:t>
      </w:r>
      <w:r>
        <w:rPr>
          <w:sz w:val="32"/>
          <w:szCs w:val="32"/>
        </w:rPr>
        <w:t xml:space="preserve">510.96 </w:t>
        <w:br/>
        <w:t xml:space="preserve">PLUS VAT </w:t>
        <w:b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Neat_Office/6.2.8.2$Windows_x86 LibreOffice_project/</Application>
  <Pages>6</Pages>
  <Words>382</Words>
  <Characters>1924</Characters>
  <CharactersWithSpaces>2550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2026-07-20T12:58:05Z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