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480" w:after="0"/>
        <w:rPr/>
      </w:pPr>
      <w:r>
        <w:rPr/>
        <w:t>Converted from PDF</w:t>
      </w:r>
    </w:p>
    <w:p>
      <w:pPr>
        <w:pStyle w:val="Normal"/>
        <w:rPr/>
      </w:pPr>
      <w:r>
        <w:rPr>
          <w:sz w:val="22"/>
        </w:rPr>
        <w:t xml:space="preserve">POST INSPECTION REPORT </w:t>
        <w:br/>
        <w:t xml:space="preserve"> </w:t>
        <w:br/>
        <w:t xml:space="preserve">Surveyor: </w:t>
        <w:br/>
      </w:r>
      <w:r>
        <w:rPr>
          <w:color w:val="000000"/>
          <w:sz w:val="22"/>
          <w:highlight w:val="black"/>
        </w:rPr>
        <w:t xml:space="preserve">Terry Clark </w:t>
      </w:r>
      <w:r>
        <w:rPr>
          <w:sz w:val="22"/>
        </w:rPr>
        <w:br/>
        <w:t xml:space="preserve"> </w:t>
        <w:br/>
        <w:t xml:space="preserve">Address: </w:t>
        <w:br/>
      </w:r>
      <w:r>
        <w:rPr>
          <w:color w:val="000000"/>
          <w:sz w:val="22"/>
          <w:highlight w:val="black"/>
        </w:rPr>
        <w:t xml:space="preserve">10 </w:t>
      </w:r>
      <w:r>
        <w:rPr>
          <w:sz w:val="22"/>
        </w:rPr>
        <w:t xml:space="preserve">Cherwell House </w:t>
        <w:br/>
        <w:t xml:space="preserve"> </w:t>
        <w:br/>
        <w:t xml:space="preserve">Pass / Fail: </w:t>
        <w:br/>
        <w:t xml:space="preserve">Pass </w:t>
        <w:br/>
        <w:t xml:space="preserve"> </w:t>
        <w:br/>
        <w:t xml:space="preserve">Date of inspection: </w:t>
        <w:br/>
        <w:t xml:space="preserve">8/8/22 </w:t>
        <w:br/>
        <w:t xml:space="preserve"> </w:t>
        <w:br/>
        <w:t xml:space="preserve">Electric in credit (Y/N) </w:t>
        <w:br/>
        <w:t xml:space="preserve">Y </w:t>
        <w:br/>
        <w:t xml:space="preserve"> </w:t>
        <w:br/>
        <w:t xml:space="preserve">Gas in credit (Y/N) </w:t>
        <w:br/>
        <w:t xml:space="preserve">How long will the snagging works take: </w:t>
        <w:br/>
        <w:t xml:space="preserve"> </w:t>
        <w:br/>
        <w:t xml:space="preserve"> </w:t>
        <w:br/>
        <w:t xml:space="preserve">Date returned: </w:t>
        <w:br/>
        <w:t xml:space="preserve">Room </w:t>
        <w:br/>
        <w:t xml:space="preserve">Does work </w:t>
        <w:br/>
        <w:t xml:space="preserve">comply </w:t>
        <w:br/>
        <w:t xml:space="preserve">with the </w:t>
        <w:br/>
        <w:t xml:space="preserve">lettable </w:t>
        <w:br/>
        <w:t xml:space="preserve">standard </w:t>
        <w:br/>
        <w:t xml:space="preserve">(Y/N) </w:t>
        <w:br/>
        <w:t xml:space="preserve">Snagging works required  </w:t>
        <w:br/>
        <w:t xml:space="preserve">Kitchen </w:t>
        <w:br/>
        <w:t xml:space="preserve">Y </w:t>
        <w:br/>
        <w:t xml:space="preserve"> </w:t>
        <w:br/>
        <w:t xml:space="preserve">Dining </w:t>
        <w:br/>
        <w:t xml:space="preserve">Room </w:t>
        <w:br/>
        <w:t xml:space="preserve"> </w:t>
        <w:br/>
        <w:t xml:space="preserve"> </w:t>
        <w:br/>
        <w:t xml:space="preserve">Living </w:t>
        <w:br/>
        <w:t xml:space="preserve">Room </w:t>
        <w:br/>
        <w:t xml:space="preserve">Y </w:t>
        <w:br/>
        <w:t xml:space="preserve"> </w:t>
        <w:br/>
        <w:t xml:space="preserve">Hallway </w:t>
        <w:br/>
        <w:t xml:space="preserve">Y </w:t>
        <w:br/>
        <w:t xml:space="preserve"> </w:t>
        <w:br/>
        <w:t xml:space="preserve">Stairs </w:t>
        <w:br/>
        <w:t xml:space="preserve"> </w:t>
        <w:br/>
        <w:t xml:space="preserve"> </w:t>
        <w:br/>
        <w:t xml:space="preserve">Landing </w:t>
        <w:br/>
        <w:t xml:space="preserve"> </w:t>
        <w:br/>
        <w:t xml:space="preserve"> </w:t>
        <w:br/>
        <w:t xml:space="preserve">Loft space </w:t>
        <w:br/>
        <w:t xml:space="preserve"> </w:t>
        <w:br/>
        <w:t xml:space="preserve"> </w:t>
        <w:br/>
        <w:t xml:space="preserve">Bed 1 </w:t>
        <w:br/>
        <w:t xml:space="preserve">Y </w:t>
        <w:br/>
        <w:t xml:space="preserve"> </w:t>
        <w:br/>
        <w:t xml:space="preserve">Bed 2 </w:t>
        <w:br/>
        <w:t xml:space="preserve">Y </w:t>
        <w:br/>
        <w:t xml:space="preserve"> </w:t>
        <w:br/>
        <w:t xml:space="preserve">Bed 3 </w:t>
        <w:br/>
        <w:t xml:space="preserve"> </w:t>
        <w:br/>
        <w:t xml:space="preserve"> </w:t>
        <w:b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200"/>
        <w:rPr/>
      </w:pPr>
      <w:r>
        <w:rPr>
          <w:sz w:val="22"/>
        </w:rPr>
        <w:t xml:space="preserve">Bed 4 </w:t>
        <w:br/>
        <w:t xml:space="preserve"> </w:t>
        <w:br/>
        <w:t xml:space="preserve"> </w:t>
        <w:br/>
        <w:t xml:space="preserve">Other </w:t>
        <w:br/>
        <w:t xml:space="preserve">Room </w:t>
        <w:br/>
        <w:t xml:space="preserve"> </w:t>
        <w:br/>
        <w:t xml:space="preserve"> </w:t>
        <w:br/>
        <w:t xml:space="preserve">Bathroom </w:t>
        <w:br/>
        <w:t xml:space="preserve">Y </w:t>
        <w:br/>
        <w:t xml:space="preserve"> </w:t>
        <w:br/>
        <w:t xml:space="preserve">Separate </w:t>
        <w:br/>
        <w:t xml:space="preserve">WC </w:t>
        <w:br/>
        <w:t xml:space="preserve"> </w:t>
        <w:br/>
        <w:t xml:space="preserve"> </w:t>
        <w:br/>
        <w:t xml:space="preserve">Internal </w:t>
        <w:br/>
        <w:t xml:space="preserve">Store </w:t>
        <w:br/>
        <w:t xml:space="preserve"> </w:t>
        <w:br/>
        <w:t xml:space="preserve"> </w:t>
        <w:br/>
        <w:t xml:space="preserve">External </w:t>
        <w:br/>
        <w:t xml:space="preserve">Store </w:t>
        <w:br/>
        <w:t xml:space="preserve">Y </w:t>
        <w:br/>
        <w:t xml:space="preserve"> </w:t>
        <w:br/>
        <w:t xml:space="preserve">Front </w:t>
        <w:br/>
        <w:t xml:space="preserve">Garden </w:t>
        <w:br/>
        <w:t xml:space="preserve"> </w:t>
        <w:br/>
        <w:t xml:space="preserve"> </w:t>
        <w:br/>
        <w:t xml:space="preserve">Rear </w:t>
        <w:br/>
        <w:t xml:space="preserve">Garden </w:t>
        <w:br/>
        <w:t xml:space="preserve"> </w:t>
        <w:br/>
        <w:t xml:space="preserve"> </w:t>
        <w:br/>
        <w:t xml:space="preserve">Shed(s) </w:t>
        <w:br/>
        <w:t xml:space="preserve"> </w:t>
        <w:br/>
        <w:t xml:space="preserve"> </w:t>
        <w:br/>
        <w:t xml:space="preserve">Garage </w:t>
        <w:br/>
        <w:t xml:space="preserve"> </w:t>
        <w:br/>
        <w:t xml:space="preserve"> </w:t>
        <w:br/>
        <w:t xml:space="preserve">Items to be </w:t>
        <w:br/>
        <w:t xml:space="preserve">gifted </w:t>
        <w:br/>
        <w:t xml:space="preserve"> </w:t>
        <w:br/>
        <w:t xml:space="preserve">Carpets </w:t>
        <w:br/>
        <w:t xml:space="preserve">Comments </w:t>
        <w:br/>
        <w:t xml:space="preserve"> </w:t>
        <w:br/>
        <w:t xml:space="preserve"> </w:t>
        <w:b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Neat_Office/6.2.8.2$Windows_x86 LibreOffice_project/</Application>
  <Pages>3</Pages>
  <Words>97</Words>
  <Characters>461</Characters>
  <CharactersWithSpaces>707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en-GB</dc:language>
  <cp:lastModifiedBy/>
  <dcterms:modified xsi:type="dcterms:W3CDTF">2026-07-20T12:50:50Z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